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i w:val="0"/>
          <w:sz w:val="26"/>
        </w:rPr>
        <w:t>CỘNG HÒA XÃ HỘI CHỦ NGHĨA VIỆT NAM</w:t>
      </w:r>
    </w:p>
    <w:p>
      <w:pPr>
        <w:jc w:val="center"/>
      </w:pPr>
      <w:r>
        <w:rPr>
          <w:b/>
          <w:i w:val="0"/>
          <w:sz w:val="26"/>
        </w:rPr>
        <w:t>Độc lập – Tự do – Hạnh phúc</w:t>
      </w:r>
    </w:p>
    <w:p>
      <w:pPr>
        <w:jc w:val="center"/>
      </w:pPr>
      <w:r>
        <w:rPr>
          <w:b w:val="0"/>
          <w:i w:val="0"/>
          <w:sz w:val="26"/>
        </w:rPr>
        <w:t>———o0o———</w:t>
      </w:r>
    </w:p>
    <w:p/>
    <w:p>
      <w:pPr>
        <w:jc w:val="center"/>
      </w:pPr>
      <w:r>
        <w:rPr>
          <w:b/>
          <w:i w:val="0"/>
          <w:sz w:val="30"/>
        </w:rPr>
        <w:t>THƯ XIN VIỆC</w:t>
      </w:r>
    </w:p>
    <w:p>
      <w:pPr>
        <w:jc w:val="center"/>
      </w:pPr>
      <w:r>
        <w:rPr>
          <w:b w:val="0"/>
          <w:i/>
          <w:sz w:val="24"/>
        </w:rPr>
        <w:t>(Cover Letter)</w:t>
      </w:r>
    </w:p>
    <w:p/>
    <w:p>
      <w:pPr>
        <w:spacing w:after="160"/>
      </w:pPr>
      <w:r>
        <w:t>Kính gửi: Bộ phận Tuyển dụng – Công ty ………………………</w:t>
      </w:r>
    </w:p>
    <w:p>
      <w:pPr>
        <w:spacing w:after="160"/>
      </w:pPr>
      <w:r>
        <w:t>Tôi tên là ………………, hiện đang tìm kiếm cơ hội ở vị trí ……………… mà Quý công ty đang tuyển dụng.</w:t>
      </w:r>
    </w:p>
    <w:p>
      <w:pPr>
        <w:spacing w:after="160"/>
      </w:pPr>
      <w:r>
        <w:t>Với ……… năm kinh nghiệm trong lĩnh vực ………, tôi đã ……………… (nêu 2–3 thành tích/kỹ năng nổi bật, gắn với yêu cầu công việc). Tôi tin rằng những kinh nghiệm này phù hợp với vị trí Quý công ty đang cần.</w:t>
      </w:r>
    </w:p>
    <w:p>
      <w:pPr>
        <w:spacing w:after="160"/>
      </w:pPr>
      <w:r>
        <w:t>Tôi rất mong có cơ hội trao đổi thêm trong buổi phỏng vấn. Xin cảm ơn Quý công ty đã dành thời gian xem xét hồ sơ của tôi.</w:t>
      </w:r>
    </w:p>
    <w:p>
      <w:pPr>
        <w:spacing w:after="160"/>
      </w:pPr>
      <w:r>
        <w:t>Trân trọng.</w:t>
      </w:r>
    </w:p>
    <w:p/>
    <w:p>
      <w:pPr>
        <w:jc w:val="right"/>
      </w:pPr>
      <w:r>
        <w:rPr>
          <w:i/>
        </w:rPr>
        <w:t>……, ngày …… tháng …… năm ……</w:t>
        <w:br/>
      </w:r>
      <w:r>
        <w:rPr>
          <w:b/>
        </w:rPr>
        <w:t>Người làm đơn</w:t>
        <w:br/>
        <w:t>(Ký, ghi rõ họ tên)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