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6"/>
        </w:rPr>
        <w:t>CỘNG HÒA XÃ HỘI CHỦ NGHĨA VIỆT NAM</w:t>
      </w:r>
    </w:p>
    <w:p>
      <w:pPr>
        <w:jc w:val="center"/>
      </w:pPr>
      <w:r>
        <w:rPr>
          <w:b/>
          <w:sz w:val="26"/>
        </w:rPr>
        <w:t>Độc lập – Tự do – Hạnh phúc</w:t>
      </w:r>
    </w:p>
    <w:p>
      <w:pPr>
        <w:jc w:val="center"/>
      </w:pPr>
      <w:r>
        <w:rPr>
          <w:b w:val="0"/>
          <w:sz w:val="26"/>
        </w:rPr>
        <w:t>———o0o———</w:t>
      </w:r>
    </w:p>
    <w:p>
      <w:pPr>
        <w:jc w:val="center"/>
      </w:pPr>
      <w:r>
        <w:rPr>
          <w:b/>
          <w:sz w:val="32"/>
        </w:rPr>
        <w:t>SƠ YẾU LÝ LỊCH</w:t>
      </w:r>
    </w:p>
    <w:p>
      <w:pPr>
        <w:jc w:val="center"/>
      </w:pPr>
      <w:r>
        <w:rPr>
          <w:b w:val="0"/>
          <w:sz w:val="24"/>
        </w:rPr>
        <w:t>(Tự thuật)</w:t>
      </w:r>
    </w:p>
    <w:p/>
    <w:p>
      <w:r>
        <w:rPr>
          <w:b/>
          <w:sz w:val="26"/>
        </w:rPr>
        <w:t>I. THÔNG TIN BẢN THÂN</w:t>
      </w:r>
    </w:p>
    <w:p>
      <w:r>
        <w:t>Họ và tên (chữ in hoa): ........................................</w:t>
      </w:r>
    </w:p>
    <w:p>
      <w:r>
        <w:t>Giới tính: ........................................</w:t>
      </w:r>
    </w:p>
    <w:p>
      <w:r>
        <w:t>Ngày, tháng, năm sinh: ........................................</w:t>
      </w:r>
    </w:p>
    <w:p>
      <w:r>
        <w:t>Nơi đăng ký hộ khẩu thường trú: ........................................</w:t>
      </w:r>
    </w:p>
    <w:p>
      <w:r>
        <w:t>Chỗ ở hiện tại: ........................................</w:t>
      </w:r>
    </w:p>
    <w:p>
      <w:r>
        <w:t>Điện thoại liên hệ: ........................................</w:t>
      </w:r>
    </w:p>
    <w:p>
      <w:r>
        <w:t>Dân tộc: ........................................</w:t>
      </w:r>
    </w:p>
    <w:p>
      <w:r>
        <w:t>Tôn giáo: ........................................</w:t>
      </w:r>
    </w:p>
    <w:p>
      <w:r>
        <w:t>Số CMND/CCCD: ........................................</w:t>
      </w:r>
    </w:p>
    <w:p>
      <w:r>
        <w:t>Ngày cấp: ........................................</w:t>
      </w:r>
    </w:p>
    <w:p>
      <w:r>
        <w:t>Nơi cấp: ........................................</w:t>
      </w:r>
    </w:p>
    <w:p>
      <w:r>
        <w:t>Trình độ văn hóa: ........................................</w:t>
      </w:r>
    </w:p>
    <w:p>
      <w:r>
        <w:t>Trình độ chuyên môn: ........................................</w:t>
      </w:r>
    </w:p>
    <w:p>
      <w:r>
        <w:t>Ngày kết nạp Đoàn/Đảng (nếu có): ........................................</w:t>
      </w:r>
    </w:p>
    <w:p>
      <w:r>
        <w:rPr>
          <w:b/>
          <w:sz w:val="26"/>
        </w:rPr>
        <w:t>II. QUAN HỆ GIA ĐÌNH</w:t>
      </w:r>
    </w:p>
    <w:p>
      <w:r>
        <w:t>Họ tên bố – Năm sinh – Nghề nghiệp: ........................................</w:t>
      </w:r>
    </w:p>
    <w:p>
      <w:r>
        <w:t>Họ tên mẹ – Năm sinh – Nghề nghiệp: ........................................</w:t>
      </w:r>
    </w:p>
    <w:p>
      <w:r>
        <w:t>Anh/chị/em ruột: ........................................</w:t>
      </w:r>
    </w:p>
    <w:p>
      <w:r>
        <w:t>Vợ/chồng – Con (nếu có): ........................................</w:t>
      </w:r>
    </w:p>
    <w:p>
      <w:r>
        <w:rPr>
          <w:b/>
          <w:sz w:val="26"/>
        </w:rPr>
        <w:t>III. QUÁ TRÌNH HỌC TẬP – CÔNG TÁC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Từ tháng/năm đến tháng/năm</w:t>
            </w:r>
          </w:p>
        </w:tc>
        <w:tc>
          <w:tcPr>
            <w:tcW w:type="dxa" w:w="2880"/>
          </w:tcPr>
          <w:p>
            <w:r>
              <w:rPr>
                <w:b/>
              </w:rPr>
              <w:t>Học/làm tại đâu</w:t>
            </w:r>
          </w:p>
        </w:tc>
        <w:tc>
          <w:tcPr>
            <w:tcW w:type="dxa" w:w="2880"/>
          </w:tcPr>
          <w:p>
            <w:r>
              <w:rPr>
                <w:b/>
              </w:rPr>
              <w:t>Chức vụ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/>
    <w:p>
      <w:r>
        <w:rPr>
          <w:b/>
          <w:sz w:val="26"/>
        </w:rPr>
        <w:t>IV. KHEN THƯỞNG / KỶ LUẬT</w:t>
      </w:r>
    </w:p>
    <w:p>
      <w:r>
        <w:t>Khen thưởng: ........................................</w:t>
      </w:r>
    </w:p>
    <w:p>
      <w:r>
        <w:t>Kỷ luật: ........................................</w:t>
      </w:r>
    </w:p>
    <w:p>
      <w:r>
        <w:rPr>
          <w:b/>
          <w:sz w:val="26"/>
        </w:rPr>
        <w:t>V. LỜI CAM ĐOAN</w:t>
      </w:r>
    </w:p>
    <w:p>
      <w:r>
        <w:t>Tôi xin cam đoan những lời khai trên là đúng sự thật, nếu có điều gì không đúng tôi xin hoàn toàn chịu trách nhiệm trước pháp luật.</w:t>
      </w:r>
    </w:p>
    <w:p/>
    <w:p>
      <w:pPr>
        <w:jc w:val="right"/>
      </w:pPr>
      <w:r>
        <w:rPr>
          <w:i/>
        </w:rPr>
        <w:t>……, ngày …… tháng …… năm ……</w:t>
        <w:br/>
      </w:r>
      <w:r>
        <w:rPr>
          <w:b/>
        </w:rPr>
        <w:t>Người khai</w:t>
        <w:br/>
        <w:t>(Ký, ghi rõ họ tên)</w:t>
      </w:r>
    </w:p>
    <w:p/>
    <w:p>
      <w:pPr>
        <w:jc w:val="left"/>
      </w:pPr>
      <w:r>
        <w:rPr>
          <w:b/>
          <w:sz w:val="26"/>
        </w:rPr>
        <w:t>Xác nhận của cơ quan/địa phương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