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sz w:val="26"/>
        </w:rPr>
        <w:t>CỘNG HÒA XÃ HỘI CHỦ NGHĨA VIỆT NAM</w:t>
      </w:r>
    </w:p>
    <w:p>
      <w:pPr>
        <w:jc w:val="center"/>
      </w:pPr>
      <w:r>
        <w:rPr>
          <w:b/>
          <w:i w:val="0"/>
          <w:sz w:val="26"/>
        </w:rPr>
        <w:t>Độc lập – Tự do – Hạnh phúc</w:t>
      </w:r>
    </w:p>
    <w:p>
      <w:pPr>
        <w:jc w:val="center"/>
      </w:pPr>
      <w:r>
        <w:rPr>
          <w:b w:val="0"/>
          <w:i w:val="0"/>
          <w:sz w:val="26"/>
        </w:rPr>
        <w:t>———o0o———</w:t>
      </w:r>
    </w:p>
    <w:p/>
    <w:p>
      <w:pPr>
        <w:jc w:val="center"/>
      </w:pPr>
      <w:r>
        <w:rPr>
          <w:b/>
          <w:i w:val="0"/>
          <w:sz w:val="30"/>
        </w:rPr>
        <w:t>ĐƠN XIN VIỆC</w:t>
      </w:r>
    </w:p>
    <w:p/>
    <w:p>
      <w:pPr>
        <w:spacing w:after="160"/>
      </w:pPr>
      <w:r>
        <w:t>Kính gửi: Bộ phận Tuyển dụng – Công ty ………………………</w:t>
      </w:r>
    </w:p>
    <w:p>
      <w:pPr>
        <w:spacing w:after="160"/>
      </w:pPr>
      <w:r>
        <w:t>Tôi tên là ………………, sinh ngày ……/……/……, hiện cư trú tại ………………</w:t>
      </w:r>
    </w:p>
    <w:p>
      <w:pPr>
        <w:spacing w:after="160"/>
      </w:pPr>
      <w:r>
        <w:t>Qua thông tin tuyển dụng, tôi được biết Quý công ty đang cần tuyển vị trí ………………. Tôi nhận thấy vị trí này phù hợp với năng lực và nguyện vọng của bản thân nên viết đơn này mong được ứng tuyển.</w:t>
      </w:r>
    </w:p>
    <w:p>
      <w:pPr>
        <w:spacing w:after="160"/>
      </w:pPr>
      <w:r>
        <w:t>Tôi tốt nghiệp ……………… chuyên ngành ………………, có ……… năm kinh nghiệm trong lĩnh vực ………. (Nêu ngắn gọn 2–3 kỹ năng/thành tích nổi bật phù hợp với công việc.)</w:t>
      </w:r>
    </w:p>
    <w:p>
      <w:pPr>
        <w:spacing w:after="160"/>
      </w:pPr>
      <w:r>
        <w:t>Nếu được nhận, tôi cam kết làm việc nghiêm túc, có trách nhiệm và tuân thủ nội quy của công ty.</w:t>
      </w:r>
    </w:p>
    <w:p>
      <w:pPr>
        <w:spacing w:after="160"/>
      </w:pPr>
      <w:r>
        <w:t>Tôi xin gửi kèm CV, sơ yếu lý lịch và các giấy tờ liên quan. Kính mong Quý công ty xem xét và tạo điều kiện cho tôi được phỏng vấn.</w:t>
      </w:r>
    </w:p>
    <w:p>
      <w:pPr>
        <w:spacing w:after="160"/>
      </w:pPr>
      <w:r>
        <w:t>Tôi xin chân thành cảm ơn.</w:t>
      </w:r>
    </w:p>
    <w:p>
      <w:pPr>
        <w:spacing w:after="160"/>
      </w:pPr>
      <w:r>
        <w:t>Trân trọng.</w:t>
      </w:r>
    </w:p>
    <w:p/>
    <w:p>
      <w:pPr>
        <w:jc w:val="right"/>
      </w:pPr>
      <w:r>
        <w:rPr>
          <w:i/>
        </w:rPr>
        <w:t>……, ngày …… tháng …… năm ……</w:t>
        <w:br/>
      </w:r>
      <w:r>
        <w:rPr>
          <w:b/>
        </w:rPr>
        <w:t>Người làm đơn</w:t>
        <w:br/>
        <w:t>(Ký, ghi rõ họ tên)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