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6"/>
        </w:rPr>
        <w:t>CỘNG HÒA XÃ HỘI CHỦ NGHĨA VIỆT NAM</w:t>
      </w:r>
    </w:p>
    <w:p>
      <w:pPr>
        <w:jc w:val="center"/>
      </w:pPr>
      <w:r>
        <w:rPr>
          <w:b/>
          <w:i w:val="0"/>
          <w:sz w:val="26"/>
        </w:rPr>
        <w:t>Độc lập – Tự do – Hạnh phúc</w:t>
      </w:r>
    </w:p>
    <w:p>
      <w:pPr>
        <w:jc w:val="center"/>
      </w:pPr>
      <w:r>
        <w:rPr>
          <w:b w:val="0"/>
          <w:i w:val="0"/>
          <w:sz w:val="26"/>
        </w:rPr>
        <w:t>———o0o———</w:t>
      </w:r>
    </w:p>
    <w:p/>
    <w:p>
      <w:pPr>
        <w:jc w:val="center"/>
      </w:pPr>
      <w:r>
        <w:rPr>
          <w:b/>
          <w:i w:val="0"/>
          <w:sz w:val="30"/>
        </w:rPr>
        <w:t>ĐƠN XIN NGHỈ VIỆC</w:t>
      </w:r>
    </w:p>
    <w:p/>
    <w:p>
      <w:pPr>
        <w:spacing w:after="160"/>
      </w:pPr>
      <w:r>
        <w:t>Kính gửi: Ban Giám đốc Công ty ………………………</w:t>
      </w:r>
    </w:p>
    <w:p>
      <w:pPr>
        <w:spacing w:after="160"/>
      </w:pPr>
      <w:r>
        <w:t xml:space="preserve">        Trưởng phòng ……………………… / Phòng Nhân sự</w:t>
      </w:r>
    </w:p>
    <w:p>
      <w:pPr>
        <w:spacing w:after="160"/>
      </w:pPr>
      <w:r>
        <w:t>Tôi tên là ………………, hiện đang công tác tại bộ phận ……………… với vị trí ………………</w:t>
      </w:r>
    </w:p>
    <w:p>
      <w:pPr>
        <w:spacing w:after="160"/>
      </w:pPr>
      <w:r>
        <w:t>Nay tôi làm đơn này xin được nghỉ việc kể từ ngày …… tháng …… năm ……</w:t>
      </w:r>
    </w:p>
    <w:p>
      <w:pPr>
        <w:spacing w:after="160"/>
      </w:pPr>
      <w:r>
        <w:t>Lý do: ……………………………………………………</w:t>
      </w:r>
    </w:p>
    <w:p>
      <w:pPr>
        <w:spacing w:after="160"/>
      </w:pPr>
      <w:r>
        <w:t>Tôi cam kết bàn giao đầy đủ công việc, tài liệu và tài sản cho người phụ trách trước ngày nghỉ.</w:t>
      </w:r>
    </w:p>
    <w:p>
      <w:pPr>
        <w:spacing w:after="160"/>
      </w:pPr>
      <w:r>
        <w:t>Rất mong Ban Giám đốc xem xét và chấp thuận. Tôi xin chân thành cảm ơn thời gian được làm việc tại Quý công ty.</w:t>
      </w:r>
    </w:p>
    <w:p>
      <w:pPr>
        <w:spacing w:after="160"/>
      </w:pPr>
      <w:r>
        <w:t>Trân trọng.</w:t>
      </w:r>
    </w:p>
    <w:p/>
    <w:p>
      <w:pPr>
        <w:jc w:val="right"/>
      </w:pPr>
      <w:r>
        <w:rPr>
          <w:i/>
        </w:rPr>
        <w:t>……, ngày …… tháng …… năm ……</w:t>
        <w:br/>
      </w:r>
      <w:r>
        <w:rPr>
          <w:b/>
        </w:rPr>
        <w:t>Người làm đơn</w:t>
        <w:br/>
        <w:t>(Ký, ghi rõ họ tên)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